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7E5504" w14:textId="4DE6695A" w:rsidR="00270802" w:rsidRDefault="00AC1729" w:rsidP="00270802">
      <w:pPr>
        <w:jc w:val="center"/>
        <w:rPr>
          <w:b/>
          <w:bCs/>
          <w:sz w:val="28"/>
          <w:szCs w:val="28"/>
        </w:rPr>
      </w:pPr>
      <w:r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17A6BD7B" wp14:editId="1A509E41">
            <wp:simplePos x="0" y="0"/>
            <wp:positionH relativeFrom="column">
              <wp:posOffset>-1134745</wp:posOffset>
            </wp:positionH>
            <wp:positionV relativeFrom="paragraph">
              <wp:posOffset>-758190</wp:posOffset>
            </wp:positionV>
            <wp:extent cx="7816215" cy="10090150"/>
            <wp:effectExtent l="0" t="0" r="0" b="0"/>
            <wp:wrapNone/>
            <wp:docPr id="1625630825" name="Bilde 4" descr="Et bilde som inneholder bilderamme, kunst, ramm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30825" name="Bilde 4" descr="Et bilde som inneholder bilderamme, kunst, ramme&#10;&#10;KI-generert innhold kan være feil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6215" cy="1009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4E3D9" w14:textId="1AA6928A" w:rsidR="00270802" w:rsidRDefault="00270802" w:rsidP="00270802">
      <w:pPr>
        <w:jc w:val="center"/>
        <w:rPr>
          <w:b/>
          <w:bCs/>
          <w:sz w:val="28"/>
          <w:szCs w:val="28"/>
        </w:rPr>
      </w:pPr>
    </w:p>
    <w:p w14:paraId="0FE62ECD" w14:textId="3648E3A7" w:rsidR="00432587" w:rsidRDefault="00432587" w:rsidP="00432587">
      <w:pPr>
        <w:ind w:left="1440" w:firstLine="720"/>
        <w:rPr>
          <w:b/>
          <w:bCs/>
          <w:sz w:val="28"/>
          <w:szCs w:val="28"/>
          <w:lang w:val="nb-NO"/>
        </w:rPr>
      </w:pPr>
    </w:p>
    <w:p w14:paraId="6FD53ECF" w14:textId="2B32539E" w:rsidR="00DA5F27" w:rsidRPr="00652CB8" w:rsidRDefault="00000000" w:rsidP="00432587">
      <w:pPr>
        <w:ind w:left="1440" w:firstLine="720"/>
        <w:rPr>
          <w:b/>
          <w:bCs/>
          <w:sz w:val="28"/>
          <w:szCs w:val="28"/>
          <w:lang w:val="nb-NO"/>
        </w:rPr>
      </w:pPr>
      <w:r w:rsidRPr="00270802">
        <w:rPr>
          <w:b/>
          <w:bCs/>
          <w:sz w:val="28"/>
          <w:szCs w:val="28"/>
          <w:lang w:val="nb-NO"/>
        </w:rPr>
        <w:t xml:space="preserve">INVITASJON TIL JULEAVSLUTNING </w:t>
      </w:r>
    </w:p>
    <w:p w14:paraId="595FFFA7" w14:textId="17171E1B" w:rsidR="00D334BB" w:rsidRDefault="00D334BB" w:rsidP="00D334BB">
      <w:pPr>
        <w:ind w:firstLine="720"/>
        <w:rPr>
          <w:rFonts w:asciiTheme="majorHAnsi" w:hAnsiTheme="majorHAnsi" w:cstheme="majorHAnsi"/>
          <w:sz w:val="24"/>
          <w:szCs w:val="24"/>
          <w:lang w:val="nb-NO"/>
        </w:rPr>
      </w:pPr>
    </w:p>
    <w:p w14:paraId="33ACA630" w14:textId="665E05B5" w:rsidR="00D334BB" w:rsidRDefault="00000000" w:rsidP="00D334BB">
      <w:pPr>
        <w:ind w:firstLine="720"/>
        <w:rPr>
          <w:rFonts w:asciiTheme="majorHAnsi" w:hAnsiTheme="majorHAnsi" w:cstheme="majorHAnsi"/>
          <w:sz w:val="24"/>
          <w:szCs w:val="24"/>
          <w:lang w:val="nb-NO"/>
        </w:rPr>
      </w:pPr>
      <w:r w:rsidRPr="00270802">
        <w:rPr>
          <w:rFonts w:asciiTheme="majorHAnsi" w:hAnsiTheme="majorHAnsi" w:cstheme="majorHAnsi"/>
          <w:sz w:val="24"/>
          <w:szCs w:val="24"/>
          <w:lang w:val="nb-NO"/>
        </w:rPr>
        <w:t>Kjære medlem</w:t>
      </w:r>
      <w:r w:rsidR="00432587">
        <w:rPr>
          <w:rFonts w:asciiTheme="majorHAnsi" w:hAnsiTheme="majorHAnsi" w:cstheme="majorHAnsi"/>
          <w:sz w:val="24"/>
          <w:szCs w:val="24"/>
          <w:lang w:val="nb-NO"/>
        </w:rPr>
        <w:t xml:space="preserve"> </w:t>
      </w:r>
      <w:r w:rsidR="00432587">
        <w:rPr>
          <w:rFonts w:asciiTheme="majorHAnsi" w:hAnsiTheme="majorHAnsi" w:cstheme="majorHAnsi"/>
          <w:sz w:val="24"/>
          <w:szCs w:val="24"/>
          <w:lang w:val="nb-NO"/>
        </w:rPr>
        <w:tab/>
      </w:r>
    </w:p>
    <w:p w14:paraId="7406384A" w14:textId="003DB914" w:rsidR="00DA5F27" w:rsidRPr="00270802" w:rsidRDefault="00D334BB" w:rsidP="00556506">
      <w:pPr>
        <w:ind w:left="720"/>
        <w:rPr>
          <w:rFonts w:asciiTheme="majorHAnsi" w:hAnsiTheme="majorHAnsi" w:cstheme="majorHAnsi"/>
          <w:sz w:val="24"/>
          <w:szCs w:val="24"/>
          <w:lang w:val="nb-NO"/>
        </w:rPr>
      </w:pPr>
      <w:r>
        <w:rPr>
          <w:rFonts w:asciiTheme="majorHAnsi" w:hAnsiTheme="majorHAnsi" w:cstheme="majorHAnsi"/>
          <w:sz w:val="24"/>
          <w:szCs w:val="24"/>
          <w:lang w:val="nb-NO"/>
        </w:rPr>
        <w:t xml:space="preserve">Med midler fra Sparebankstiftelsen ønsker </w:t>
      </w:r>
      <w:r w:rsidR="007B3E4B">
        <w:rPr>
          <w:rFonts w:asciiTheme="majorHAnsi" w:hAnsiTheme="majorHAnsi" w:cstheme="majorHAnsi"/>
          <w:sz w:val="24"/>
          <w:szCs w:val="24"/>
          <w:lang w:val="nb-NO"/>
        </w:rPr>
        <w:t>Seniornett Fauske</w:t>
      </w:r>
      <w:r>
        <w:rPr>
          <w:rFonts w:asciiTheme="majorHAnsi" w:hAnsiTheme="majorHAnsi" w:cstheme="majorHAnsi"/>
          <w:sz w:val="24"/>
          <w:szCs w:val="24"/>
          <w:lang w:val="nb-NO"/>
        </w:rPr>
        <w:t xml:space="preserve"> å invitere deg </w:t>
      </w:r>
      <w:r w:rsidR="007B3E4B">
        <w:rPr>
          <w:rFonts w:asciiTheme="majorHAnsi" w:hAnsiTheme="majorHAnsi" w:cstheme="majorHAnsi"/>
          <w:sz w:val="24"/>
          <w:szCs w:val="24"/>
          <w:lang w:val="nb-NO"/>
        </w:rPr>
        <w:t>til  en</w:t>
      </w:r>
      <w:r>
        <w:rPr>
          <w:rFonts w:asciiTheme="majorHAnsi" w:hAnsiTheme="majorHAnsi" w:cstheme="majorHAnsi"/>
          <w:sz w:val="24"/>
          <w:szCs w:val="24"/>
          <w:lang w:val="nb-NO"/>
        </w:rPr>
        <w:t xml:space="preserve"> hyggelig og stemningsfull juleavslutning med julelunsj sammen med oss</w:t>
      </w:r>
      <w:r w:rsidR="007B3E4B">
        <w:rPr>
          <w:rFonts w:asciiTheme="majorHAnsi" w:hAnsiTheme="majorHAnsi" w:cstheme="majorHAnsi"/>
          <w:sz w:val="24"/>
          <w:szCs w:val="24"/>
          <w:lang w:val="nb-NO"/>
        </w:rPr>
        <w:t xml:space="preserve">.     </w:t>
      </w:r>
      <w:r w:rsidR="00556506">
        <w:rPr>
          <w:rFonts w:asciiTheme="majorHAnsi" w:hAnsiTheme="majorHAnsi" w:cstheme="majorHAnsi"/>
          <w:sz w:val="24"/>
          <w:szCs w:val="24"/>
          <w:lang w:val="nb-NO"/>
        </w:rPr>
        <w:t>Lite forbehold om en egenandel hvis antallet overstiger 30 stk.</w:t>
      </w:r>
      <w:r>
        <w:rPr>
          <w:rFonts w:asciiTheme="majorHAnsi" w:hAnsiTheme="majorHAnsi" w:cstheme="majorHAnsi"/>
          <w:sz w:val="24"/>
          <w:szCs w:val="24"/>
          <w:lang w:val="nb-NO"/>
        </w:rPr>
        <w:tab/>
      </w:r>
      <w:r w:rsidR="00432587">
        <w:rPr>
          <w:rFonts w:asciiTheme="majorHAnsi" w:hAnsiTheme="majorHAnsi" w:cstheme="majorHAnsi"/>
          <w:sz w:val="24"/>
          <w:szCs w:val="24"/>
          <w:lang w:val="nb-NO"/>
        </w:rPr>
        <w:t xml:space="preserve"> </w:t>
      </w:r>
    </w:p>
    <w:p w14:paraId="766F35A9" w14:textId="0253268F" w:rsidR="00270802" w:rsidRDefault="00270802">
      <w:pPr>
        <w:rPr>
          <w:rFonts w:asciiTheme="majorHAnsi" w:hAnsiTheme="majorHAnsi" w:cstheme="majorHAnsi"/>
          <w:sz w:val="24"/>
          <w:szCs w:val="24"/>
          <w:lang w:val="nb-NO"/>
        </w:rPr>
      </w:pPr>
    </w:p>
    <w:p w14:paraId="7EBF2D5F" w14:textId="0C5F7925" w:rsidR="00DA5F27" w:rsidRPr="00270802" w:rsidRDefault="00000000" w:rsidP="00AC1729">
      <w:pPr>
        <w:ind w:firstLine="720"/>
        <w:rPr>
          <w:rFonts w:asciiTheme="majorHAnsi" w:hAnsiTheme="majorHAnsi" w:cstheme="majorHAnsi"/>
          <w:sz w:val="24"/>
          <w:szCs w:val="24"/>
          <w:lang w:val="nb-NO"/>
        </w:rPr>
      </w:pPr>
      <w:r w:rsidRPr="00270802">
        <w:rPr>
          <w:rFonts w:asciiTheme="majorHAnsi" w:hAnsiTheme="majorHAnsi" w:cstheme="majorHAnsi"/>
          <w:b/>
          <w:bCs/>
          <w:sz w:val="24"/>
          <w:szCs w:val="24"/>
          <w:lang w:val="nb-NO"/>
        </w:rPr>
        <w:t>Sted:</w:t>
      </w:r>
      <w:r w:rsidRPr="00270802">
        <w:rPr>
          <w:rFonts w:asciiTheme="majorHAnsi" w:hAnsiTheme="majorHAnsi" w:cstheme="majorHAnsi"/>
          <w:sz w:val="24"/>
          <w:szCs w:val="24"/>
          <w:lang w:val="nb-NO"/>
        </w:rPr>
        <w:t xml:space="preserve"> Han Sylte, Amfi</w:t>
      </w:r>
      <w:r w:rsidR="00AC1729">
        <w:rPr>
          <w:rFonts w:asciiTheme="majorHAnsi" w:hAnsiTheme="majorHAnsi" w:cstheme="majorHAnsi"/>
          <w:sz w:val="24"/>
          <w:szCs w:val="24"/>
          <w:lang w:val="nb-NO"/>
        </w:rPr>
        <w:t xml:space="preserve"> Fauske</w:t>
      </w:r>
    </w:p>
    <w:p w14:paraId="073CA42E" w14:textId="376F3751" w:rsidR="00DA5F27" w:rsidRPr="00270802" w:rsidRDefault="00000000" w:rsidP="00AC1729">
      <w:pPr>
        <w:ind w:firstLine="720"/>
        <w:rPr>
          <w:rFonts w:asciiTheme="majorHAnsi" w:hAnsiTheme="majorHAnsi" w:cstheme="majorHAnsi"/>
          <w:sz w:val="24"/>
          <w:szCs w:val="24"/>
          <w:lang w:val="nb-NO"/>
        </w:rPr>
      </w:pPr>
      <w:r w:rsidRPr="00270802">
        <w:rPr>
          <w:rFonts w:asciiTheme="majorHAnsi" w:hAnsiTheme="majorHAnsi" w:cstheme="majorHAnsi"/>
          <w:b/>
          <w:bCs/>
          <w:sz w:val="24"/>
          <w:szCs w:val="24"/>
          <w:lang w:val="nb-NO"/>
        </w:rPr>
        <w:t>Dato:</w:t>
      </w:r>
      <w:r w:rsidRPr="00270802">
        <w:rPr>
          <w:rFonts w:asciiTheme="majorHAnsi" w:hAnsiTheme="majorHAnsi" w:cstheme="majorHAnsi"/>
          <w:sz w:val="24"/>
          <w:szCs w:val="24"/>
          <w:lang w:val="nb-NO"/>
        </w:rPr>
        <w:t xml:space="preserve"> 5. desember</w:t>
      </w:r>
      <w:r w:rsidR="00AC1729">
        <w:rPr>
          <w:rFonts w:asciiTheme="majorHAnsi" w:hAnsiTheme="majorHAnsi" w:cstheme="majorHAnsi"/>
          <w:sz w:val="24"/>
          <w:szCs w:val="24"/>
          <w:lang w:val="nb-NO"/>
        </w:rPr>
        <w:t xml:space="preserve"> 2025</w:t>
      </w:r>
    </w:p>
    <w:p w14:paraId="3C732631" w14:textId="7BDEF398" w:rsidR="00DA5F27" w:rsidRPr="00270802" w:rsidRDefault="00000000" w:rsidP="00AC1729">
      <w:pPr>
        <w:ind w:firstLine="720"/>
        <w:rPr>
          <w:rFonts w:asciiTheme="majorHAnsi" w:hAnsiTheme="majorHAnsi" w:cstheme="majorHAnsi"/>
          <w:sz w:val="24"/>
          <w:szCs w:val="24"/>
          <w:lang w:val="nb-NO"/>
        </w:rPr>
      </w:pPr>
      <w:r w:rsidRPr="00270802">
        <w:rPr>
          <w:rFonts w:asciiTheme="majorHAnsi" w:hAnsiTheme="majorHAnsi" w:cstheme="majorHAnsi"/>
          <w:b/>
          <w:bCs/>
          <w:sz w:val="24"/>
          <w:szCs w:val="24"/>
          <w:lang w:val="nb-NO"/>
        </w:rPr>
        <w:t>Tid:</w:t>
      </w:r>
      <w:r w:rsidRPr="00270802">
        <w:rPr>
          <w:rFonts w:asciiTheme="majorHAnsi" w:hAnsiTheme="majorHAnsi" w:cstheme="majorHAnsi"/>
          <w:sz w:val="24"/>
          <w:szCs w:val="24"/>
          <w:lang w:val="nb-NO"/>
        </w:rPr>
        <w:t xml:space="preserve"> Kl. 12:00</w:t>
      </w:r>
    </w:p>
    <w:p w14:paraId="22A98852" w14:textId="1BC82478" w:rsidR="00DA5F27" w:rsidRPr="00270802" w:rsidRDefault="00000000" w:rsidP="00AC1729">
      <w:pPr>
        <w:ind w:firstLine="720"/>
        <w:rPr>
          <w:rFonts w:asciiTheme="majorHAnsi" w:hAnsiTheme="majorHAnsi" w:cstheme="majorHAnsi"/>
          <w:sz w:val="24"/>
          <w:szCs w:val="24"/>
          <w:lang w:val="nb-NO"/>
        </w:rPr>
      </w:pPr>
      <w:r w:rsidRPr="00270802">
        <w:rPr>
          <w:rFonts w:asciiTheme="majorHAnsi" w:hAnsiTheme="majorHAnsi" w:cstheme="majorHAnsi"/>
          <w:sz w:val="24"/>
          <w:szCs w:val="24"/>
          <w:lang w:val="nb-NO"/>
        </w:rPr>
        <w:t>Bli med og nyt en førjulsdag med god mat</w:t>
      </w:r>
      <w:r w:rsidR="00270802">
        <w:rPr>
          <w:rFonts w:asciiTheme="majorHAnsi" w:hAnsiTheme="majorHAnsi" w:cstheme="majorHAnsi"/>
          <w:sz w:val="24"/>
          <w:szCs w:val="24"/>
          <w:lang w:val="nb-NO"/>
        </w:rPr>
        <w:t xml:space="preserve"> og </w:t>
      </w:r>
      <w:r w:rsidRPr="00270802">
        <w:rPr>
          <w:rFonts w:asciiTheme="majorHAnsi" w:hAnsiTheme="majorHAnsi" w:cstheme="majorHAnsi"/>
          <w:sz w:val="24"/>
          <w:szCs w:val="24"/>
          <w:lang w:val="nb-NO"/>
        </w:rPr>
        <w:t>hyggelig selskap</w:t>
      </w:r>
      <w:r w:rsidR="00270802">
        <w:rPr>
          <w:rFonts w:asciiTheme="majorHAnsi" w:hAnsiTheme="majorHAnsi" w:cstheme="majorHAnsi"/>
          <w:sz w:val="24"/>
          <w:szCs w:val="24"/>
          <w:lang w:val="nb-NO"/>
        </w:rPr>
        <w:t>.</w:t>
      </w:r>
    </w:p>
    <w:p w14:paraId="5CDF645D" w14:textId="139CCFBC" w:rsidR="00DA5F27" w:rsidRPr="00270802" w:rsidRDefault="00DA5F27">
      <w:pPr>
        <w:rPr>
          <w:rFonts w:asciiTheme="majorHAnsi" w:hAnsiTheme="majorHAnsi" w:cstheme="majorHAnsi"/>
          <w:sz w:val="24"/>
          <w:szCs w:val="24"/>
          <w:lang w:val="nb-NO"/>
        </w:rPr>
      </w:pPr>
    </w:p>
    <w:p w14:paraId="011A34EE" w14:textId="4DD2E1FD" w:rsidR="00DA5F27" w:rsidRPr="00270802" w:rsidRDefault="00000000" w:rsidP="00AC1729">
      <w:pPr>
        <w:ind w:firstLine="720"/>
        <w:rPr>
          <w:rFonts w:asciiTheme="majorHAnsi" w:hAnsiTheme="majorHAnsi" w:cstheme="majorHAnsi"/>
          <w:b/>
          <w:bCs/>
          <w:sz w:val="24"/>
          <w:szCs w:val="24"/>
          <w:lang w:val="nb-NO"/>
        </w:rPr>
      </w:pPr>
      <w:r w:rsidRPr="00270802">
        <w:rPr>
          <w:rFonts w:asciiTheme="majorHAnsi" w:hAnsiTheme="majorHAnsi" w:cstheme="majorHAnsi"/>
          <w:b/>
          <w:bCs/>
          <w:sz w:val="24"/>
          <w:szCs w:val="24"/>
          <w:lang w:val="nb-NO"/>
        </w:rPr>
        <w:t>Påmeldingsfrist: 28. november</w:t>
      </w:r>
    </w:p>
    <w:p w14:paraId="2D1F937F" w14:textId="7B543118" w:rsidR="00DA5F27" w:rsidRPr="00270802" w:rsidRDefault="00000000" w:rsidP="00AC1729">
      <w:pPr>
        <w:ind w:firstLine="720"/>
        <w:rPr>
          <w:rFonts w:asciiTheme="majorHAnsi" w:hAnsiTheme="majorHAnsi" w:cstheme="majorHAnsi"/>
          <w:sz w:val="24"/>
          <w:szCs w:val="24"/>
          <w:lang w:val="nb-NO"/>
        </w:rPr>
      </w:pPr>
      <w:r w:rsidRPr="00270802">
        <w:rPr>
          <w:rFonts w:asciiTheme="majorHAnsi" w:hAnsiTheme="majorHAnsi" w:cstheme="majorHAnsi"/>
          <w:sz w:val="24"/>
          <w:szCs w:val="24"/>
          <w:lang w:val="nb-NO"/>
        </w:rPr>
        <w:t>Påmelding sendes til:</w:t>
      </w:r>
    </w:p>
    <w:p w14:paraId="1BAF4E4C" w14:textId="1FF4DCA4" w:rsidR="00DA5F27" w:rsidRPr="00270802" w:rsidRDefault="00916B98" w:rsidP="00916B98">
      <w:pPr>
        <w:ind w:firstLine="720"/>
        <w:rPr>
          <w:rFonts w:asciiTheme="majorHAnsi" w:hAnsiTheme="majorHAnsi" w:cstheme="majorHAnsi"/>
          <w:sz w:val="24"/>
          <w:szCs w:val="24"/>
          <w:lang w:val="nb-NO"/>
        </w:rPr>
      </w:pPr>
      <w:hyperlink r:id="rId7" w:history="1">
        <w:r w:rsidRPr="002A296E">
          <w:rPr>
            <w:rStyle w:val="Hyperkobling"/>
            <w:rFonts w:asciiTheme="majorHAnsi" w:hAnsiTheme="majorHAnsi" w:cstheme="majorHAnsi"/>
            <w:sz w:val="24"/>
            <w:szCs w:val="24"/>
            <w:lang w:val="nb-NO"/>
          </w:rPr>
          <w:t>seniornettfauske@gmail.com</w:t>
        </w:r>
      </w:hyperlink>
      <w:r w:rsidR="00885A4E">
        <w:rPr>
          <w:rFonts w:asciiTheme="majorHAnsi" w:hAnsiTheme="majorHAnsi" w:cstheme="majorHAnsi"/>
          <w:sz w:val="24"/>
          <w:szCs w:val="24"/>
          <w:lang w:val="nb-NO"/>
        </w:rPr>
        <w:t xml:space="preserve"> eller </w:t>
      </w:r>
      <w:r w:rsidRPr="00270802">
        <w:rPr>
          <w:rFonts w:asciiTheme="majorHAnsi" w:hAnsiTheme="majorHAnsi" w:cstheme="majorHAnsi"/>
          <w:sz w:val="24"/>
          <w:szCs w:val="24"/>
          <w:lang w:val="nb-NO"/>
        </w:rPr>
        <w:t>SMS til 992 36</w:t>
      </w:r>
      <w:r w:rsidR="00432587">
        <w:rPr>
          <w:rFonts w:asciiTheme="majorHAnsi" w:hAnsiTheme="majorHAnsi" w:cstheme="majorHAnsi"/>
          <w:sz w:val="24"/>
          <w:szCs w:val="24"/>
          <w:lang w:val="nb-NO"/>
        </w:rPr>
        <w:t> </w:t>
      </w:r>
      <w:r w:rsidRPr="00270802">
        <w:rPr>
          <w:rFonts w:asciiTheme="majorHAnsi" w:hAnsiTheme="majorHAnsi" w:cstheme="majorHAnsi"/>
          <w:sz w:val="24"/>
          <w:szCs w:val="24"/>
          <w:lang w:val="nb-NO"/>
        </w:rPr>
        <w:t>788</w:t>
      </w:r>
    </w:p>
    <w:p w14:paraId="74356AB6" w14:textId="611428F5" w:rsidR="00432587" w:rsidRDefault="00432587" w:rsidP="00432587">
      <w:pPr>
        <w:rPr>
          <w:rFonts w:asciiTheme="majorHAnsi" w:hAnsiTheme="majorHAnsi" w:cstheme="majorHAnsi"/>
          <w:sz w:val="24"/>
          <w:szCs w:val="24"/>
          <w:lang w:val="nb-NO"/>
        </w:rPr>
      </w:pPr>
    </w:p>
    <w:p w14:paraId="62634BEE" w14:textId="68B6ACCA" w:rsidR="00DA5F27" w:rsidRPr="00270802" w:rsidRDefault="00000000" w:rsidP="00432587">
      <w:pPr>
        <w:ind w:firstLine="720"/>
        <w:rPr>
          <w:rFonts w:asciiTheme="majorHAnsi" w:hAnsiTheme="majorHAnsi" w:cstheme="majorHAnsi"/>
          <w:sz w:val="24"/>
          <w:szCs w:val="24"/>
          <w:lang w:val="nb-NO"/>
        </w:rPr>
      </w:pPr>
      <w:r w:rsidRPr="00270802">
        <w:rPr>
          <w:rFonts w:asciiTheme="majorHAnsi" w:hAnsiTheme="majorHAnsi" w:cstheme="majorHAnsi"/>
          <w:sz w:val="24"/>
          <w:szCs w:val="24"/>
          <w:lang w:val="nb-NO"/>
        </w:rPr>
        <w:t xml:space="preserve">Vi gleder oss til </w:t>
      </w:r>
      <w:r w:rsidR="00AC1729">
        <w:rPr>
          <w:rFonts w:asciiTheme="majorHAnsi" w:hAnsiTheme="majorHAnsi" w:cstheme="majorHAnsi"/>
          <w:sz w:val="24"/>
          <w:szCs w:val="24"/>
          <w:lang w:val="nb-NO"/>
        </w:rPr>
        <w:t>ei koselig førjulsstund sammen med deg</w:t>
      </w:r>
      <w:r w:rsidRPr="00270802">
        <w:rPr>
          <w:rFonts w:asciiTheme="majorHAnsi" w:hAnsiTheme="majorHAnsi" w:cstheme="majorHAnsi"/>
          <w:sz w:val="24"/>
          <w:szCs w:val="24"/>
          <w:lang w:val="nb-NO"/>
        </w:rPr>
        <w:t>!</w:t>
      </w:r>
    </w:p>
    <w:p w14:paraId="1664C613" w14:textId="71085852" w:rsidR="00DA5F27" w:rsidRDefault="003467F0" w:rsidP="00916B98">
      <w:pPr>
        <w:ind w:firstLine="720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9B558C4" wp14:editId="10FE6E1C">
            <wp:simplePos x="0" y="0"/>
            <wp:positionH relativeFrom="margin">
              <wp:posOffset>2712607</wp:posOffset>
            </wp:positionH>
            <wp:positionV relativeFrom="paragraph">
              <wp:posOffset>239057</wp:posOffset>
            </wp:positionV>
            <wp:extent cx="2667635" cy="860425"/>
            <wp:effectExtent l="0" t="0" r="0" b="0"/>
            <wp:wrapNone/>
            <wp:docPr id="688355579" name="Bilde 2" descr="Logo og bilder - Sparebankstiftel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og bilder - Sparebankstiftels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0802">
        <w:rPr>
          <w:rFonts w:asciiTheme="majorHAnsi" w:hAnsiTheme="majorHAnsi" w:cstheme="majorHAnsi"/>
          <w:sz w:val="24"/>
          <w:szCs w:val="24"/>
        </w:rPr>
        <w:t>Hilsen Seniornett Fauske</w:t>
      </w:r>
    </w:p>
    <w:p w14:paraId="3F1A0D06" w14:textId="5FB655D9" w:rsidR="00432587" w:rsidRDefault="00D334BB" w:rsidP="00916B98">
      <w:pPr>
        <w:ind w:firstLine="720"/>
        <w:rPr>
          <w:rFonts w:asciiTheme="majorHAnsi" w:hAnsiTheme="majorHAnsi" w:cstheme="majorHAnsi"/>
          <w:sz w:val="24"/>
          <w:szCs w:val="24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2B81945" wp14:editId="3C7127DF">
            <wp:simplePos x="0" y="0"/>
            <wp:positionH relativeFrom="column">
              <wp:posOffset>276643</wp:posOffset>
            </wp:positionH>
            <wp:positionV relativeFrom="paragraph">
              <wp:posOffset>77220</wp:posOffset>
            </wp:positionV>
            <wp:extent cx="2129742" cy="609713"/>
            <wp:effectExtent l="0" t="0" r="4445" b="0"/>
            <wp:wrapNone/>
            <wp:docPr id="673035517" name="Bilde 1" descr="Et bilde som inneholder tekst, Font, Grafikk, logo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35517" name="Bilde 1" descr="Et bilde som inneholder tekst, Font, Grafikk, logo&#10;&#10;KI-generert innhold kan være feil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9742" cy="609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A6A70" w14:textId="16EE74D8" w:rsidR="00432587" w:rsidRDefault="00432587" w:rsidP="00916B98">
      <w:pPr>
        <w:ind w:firstLine="720"/>
        <w:rPr>
          <w:rFonts w:asciiTheme="majorHAnsi" w:hAnsiTheme="majorHAnsi" w:cstheme="majorHAnsi"/>
          <w:sz w:val="24"/>
          <w:szCs w:val="24"/>
        </w:rPr>
      </w:pPr>
    </w:p>
    <w:p w14:paraId="23D2F5B3" w14:textId="7453B843" w:rsidR="00432587" w:rsidRDefault="00432587" w:rsidP="00916B98">
      <w:pPr>
        <w:ind w:firstLine="720"/>
        <w:rPr>
          <w:rFonts w:asciiTheme="majorHAnsi" w:hAnsiTheme="majorHAnsi" w:cstheme="majorHAnsi"/>
          <w:sz w:val="24"/>
          <w:szCs w:val="24"/>
        </w:rPr>
      </w:pPr>
    </w:p>
    <w:p w14:paraId="5F258ACD" w14:textId="2EAE0054" w:rsidR="00432587" w:rsidRPr="00270802" w:rsidRDefault="00432587" w:rsidP="00916B98">
      <w:pPr>
        <w:ind w:firstLine="720"/>
        <w:rPr>
          <w:rFonts w:asciiTheme="majorHAnsi" w:hAnsiTheme="majorHAnsi" w:cstheme="majorHAnsi"/>
          <w:sz w:val="24"/>
          <w:szCs w:val="24"/>
        </w:rPr>
      </w:pPr>
    </w:p>
    <w:p w14:paraId="330F8DDC" w14:textId="77777777" w:rsidR="00DA5F27" w:rsidRDefault="00DA5F27"/>
    <w:sectPr w:rsidR="00DA5F27" w:rsidSect="00270802">
      <w:pgSz w:w="12240" w:h="15840"/>
      <w:pgMar w:top="1134" w:right="1797" w:bottom="1134" w:left="179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86961223">
    <w:abstractNumId w:val="8"/>
  </w:num>
  <w:num w:numId="2" w16cid:durableId="397169926">
    <w:abstractNumId w:val="6"/>
  </w:num>
  <w:num w:numId="3" w16cid:durableId="1744715369">
    <w:abstractNumId w:val="5"/>
  </w:num>
  <w:num w:numId="4" w16cid:durableId="236208066">
    <w:abstractNumId w:val="4"/>
  </w:num>
  <w:num w:numId="5" w16cid:durableId="422074680">
    <w:abstractNumId w:val="7"/>
  </w:num>
  <w:num w:numId="6" w16cid:durableId="1442721631">
    <w:abstractNumId w:val="3"/>
  </w:num>
  <w:num w:numId="7" w16cid:durableId="1861233450">
    <w:abstractNumId w:val="2"/>
  </w:num>
  <w:num w:numId="8" w16cid:durableId="2007707784">
    <w:abstractNumId w:val="1"/>
  </w:num>
  <w:num w:numId="9" w16cid:durableId="613709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17161"/>
    <w:rsid w:val="0015074B"/>
    <w:rsid w:val="00270802"/>
    <w:rsid w:val="0029639D"/>
    <w:rsid w:val="00326F90"/>
    <w:rsid w:val="003467F0"/>
    <w:rsid w:val="0037720C"/>
    <w:rsid w:val="004076DA"/>
    <w:rsid w:val="00432587"/>
    <w:rsid w:val="00556506"/>
    <w:rsid w:val="00652CB8"/>
    <w:rsid w:val="006C5E60"/>
    <w:rsid w:val="007B3E4B"/>
    <w:rsid w:val="00885A4E"/>
    <w:rsid w:val="00916B98"/>
    <w:rsid w:val="00AA1D8D"/>
    <w:rsid w:val="00AC1729"/>
    <w:rsid w:val="00B47730"/>
    <w:rsid w:val="00CB0664"/>
    <w:rsid w:val="00D334BB"/>
    <w:rsid w:val="00DA5F27"/>
    <w:rsid w:val="00F6046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31DAB3"/>
  <w14:defaultImageDpi w14:val="300"/>
  <w15:docId w15:val="{8528D456-3760-4D54-9106-1F0309D75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Overskrift1">
    <w:name w:val="heading 1"/>
    <w:basedOn w:val="Normal"/>
    <w:next w:val="Normal"/>
    <w:link w:val="Overskrift1Tegn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618BF"/>
  </w:style>
  <w:style w:type="paragraph" w:styleId="Bunntekst">
    <w:name w:val="footer"/>
    <w:basedOn w:val="Normal"/>
    <w:link w:val="BunntekstTeg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618BF"/>
  </w:style>
  <w:style w:type="paragraph" w:styleId="Ingenmellomrom">
    <w:name w:val="No Spacing"/>
    <w:uiPriority w:val="1"/>
    <w:qFormat/>
    <w:rsid w:val="00FC693F"/>
    <w:pPr>
      <w:spacing w:after="0" w:line="240" w:lineRule="auto"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tel">
    <w:name w:val="Title"/>
    <w:basedOn w:val="Normal"/>
    <w:next w:val="Normal"/>
    <w:link w:val="TittelTegn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avsnitt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rdtekst">
    <w:name w:val="Body Text"/>
    <w:basedOn w:val="Normal"/>
    <w:link w:val="BrdtekstTegn"/>
    <w:uiPriority w:val="99"/>
    <w:unhideWhenUsed/>
    <w:rsid w:val="00AA1D8D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AA1D8D"/>
  </w:style>
  <w:style w:type="paragraph" w:styleId="Brdtekst2">
    <w:name w:val="Body Text 2"/>
    <w:basedOn w:val="Normal"/>
    <w:link w:val="Brdtekst2Tegn"/>
    <w:uiPriority w:val="99"/>
    <w:unhideWhenUsed/>
    <w:rsid w:val="00AA1D8D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rsid w:val="00AA1D8D"/>
  </w:style>
  <w:style w:type="paragraph" w:styleId="Brdtekst3">
    <w:name w:val="Body Text 3"/>
    <w:basedOn w:val="Normal"/>
    <w:link w:val="Brdtekst3Tegn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Punktliste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Punktliste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Punktliste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merertliste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merertliste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merertliste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-forts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krotekst">
    <w:name w:val="macro"/>
    <w:link w:val="MakrotekstTegn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rsid w:val="0029639D"/>
    <w:rPr>
      <w:rFonts w:ascii="Courier" w:hAnsi="Courier"/>
      <w:sz w:val="20"/>
      <w:szCs w:val="20"/>
    </w:rPr>
  </w:style>
  <w:style w:type="paragraph" w:styleId="Sitat">
    <w:name w:val="Quote"/>
    <w:basedOn w:val="Normal"/>
    <w:next w:val="Normal"/>
    <w:link w:val="SitatTegn"/>
    <w:uiPriority w:val="29"/>
    <w:qFormat/>
    <w:rsid w:val="00FC693F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FC693F"/>
    <w:rPr>
      <w:i/>
      <w:iCs/>
      <w:color w:val="000000" w:themeColor="tex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erk">
    <w:name w:val="Strong"/>
    <w:basedOn w:val="Standardskriftforavsnitt"/>
    <w:uiPriority w:val="22"/>
    <w:qFormat/>
    <w:rsid w:val="00FC693F"/>
    <w:rPr>
      <w:b/>
      <w:bCs/>
    </w:rPr>
  </w:style>
  <w:style w:type="character" w:styleId="Utheving">
    <w:name w:val="Emphasis"/>
    <w:basedOn w:val="Standardskriftforavsnitt"/>
    <w:uiPriority w:val="20"/>
    <w:qFormat/>
    <w:rsid w:val="00FC693F"/>
    <w:rPr>
      <w:i/>
      <w:iCs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C693F"/>
    <w:rPr>
      <w:b/>
      <w:bCs/>
      <w:i/>
      <w:iCs/>
      <w:color w:val="4F81BD" w:themeColor="accent1"/>
    </w:rPr>
  </w:style>
  <w:style w:type="character" w:styleId="Svakutheving">
    <w:name w:val="Subtle Emphasis"/>
    <w:basedOn w:val="Standardskriftforavsnitt"/>
    <w:uiPriority w:val="19"/>
    <w:qFormat/>
    <w:rsid w:val="00FC693F"/>
    <w:rPr>
      <w:i/>
      <w:iCs/>
      <w:color w:val="808080" w:themeColor="text1" w:themeTint="7F"/>
    </w:rPr>
  </w:style>
  <w:style w:type="character" w:styleId="Sterkutheving">
    <w:name w:val="Intense Emphasis"/>
    <w:basedOn w:val="Standardskriftforavsnitt"/>
    <w:uiPriority w:val="21"/>
    <w:qFormat/>
    <w:rsid w:val="00FC693F"/>
    <w:rPr>
      <w:b/>
      <w:bCs/>
      <w:i/>
      <w:iCs/>
      <w:color w:val="4F81BD" w:themeColor="accent1"/>
    </w:rPr>
  </w:style>
  <w:style w:type="character" w:styleId="Svakreferanse">
    <w:name w:val="Subtle Reference"/>
    <w:basedOn w:val="Standardskriftforavsnitt"/>
    <w:uiPriority w:val="31"/>
    <w:qFormat/>
    <w:rsid w:val="00FC693F"/>
    <w:rPr>
      <w:smallCaps/>
      <w:color w:val="C0504D" w:themeColor="accent2"/>
      <w:u w:val="single"/>
    </w:rPr>
  </w:style>
  <w:style w:type="character" w:styleId="Sterkreferanse">
    <w:name w:val="Intense Reference"/>
    <w:basedOn w:val="Standardskriftforavsnit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ktittel">
    <w:name w:val="Book Title"/>
    <w:basedOn w:val="Standardskriftforavsnitt"/>
    <w:uiPriority w:val="33"/>
    <w:qFormat/>
    <w:rsid w:val="00FC693F"/>
    <w:rPr>
      <w:b/>
      <w:bCs/>
      <w:smallCaps/>
      <w:spacing w:val="5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FC693F"/>
    <w:pPr>
      <w:outlineLvl w:val="9"/>
    </w:pPr>
  </w:style>
  <w:style w:type="table" w:styleId="Tabellrutenett">
    <w:name w:val="Table Grid"/>
    <w:basedOn w:val="Vanligtabel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ysskyggelegging">
    <w:name w:val="Light Shading"/>
    <w:basedOn w:val="Vanligtabel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ysliste">
    <w:name w:val="Light List"/>
    <w:basedOn w:val="Vanligtabel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ystrutenett">
    <w:name w:val="Light Grid"/>
    <w:basedOn w:val="Vanlig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iddelsskyggelegging1">
    <w:name w:val="Medium Shading 1"/>
    <w:basedOn w:val="Vanlig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liste1">
    <w:name w:val="Medium List 1"/>
    <w:basedOn w:val="Vanlig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ddelsliste2">
    <w:name w:val="Medium List 2"/>
    <w:basedOn w:val="Vanlig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rutenett1">
    <w:name w:val="Medium Grid 1"/>
    <w:basedOn w:val="Vanlig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ddelsrutenett2">
    <w:name w:val="Medium Grid 2"/>
    <w:basedOn w:val="Vanlig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rkliste">
    <w:name w:val="Dark List"/>
    <w:basedOn w:val="Vanlig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Mrklisteuthevingsfarge2">
    <w:name w:val="Dark List Accent 2"/>
    <w:basedOn w:val="Vanlig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Mrklisteuthevingsfarge3">
    <w:name w:val="Dark List Accent 3"/>
    <w:basedOn w:val="Vanlig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Mrklisteuthevingsfarge4">
    <w:name w:val="Dark List Accent 4"/>
    <w:basedOn w:val="Vanlig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Mrklisteuthevingsfarge5">
    <w:name w:val="Dark List Accent 5"/>
    <w:basedOn w:val="Vanlig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Mrklisteuthevingsfarge6">
    <w:name w:val="Dark List Accent 6"/>
    <w:basedOn w:val="Vanlig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gerikskyggelegging">
    <w:name w:val="Colorful Shading"/>
    <w:basedOn w:val="Vanlig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liste">
    <w:name w:val="Colorful List"/>
    <w:basedOn w:val="Vanlig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geriktrutenett">
    <w:name w:val="Colorful Grid"/>
    <w:basedOn w:val="Vanlig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kobling">
    <w:name w:val="Hyperlink"/>
    <w:basedOn w:val="Standardskriftforavsnitt"/>
    <w:uiPriority w:val="99"/>
    <w:unhideWhenUsed/>
    <w:rsid w:val="00885A4E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885A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seniornettfauske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1182</TotalTime>
  <Pages>1</Pages>
  <Words>103</Words>
  <Characters>547</Characters>
  <Application>Microsoft Office Word</Application>
  <DocSecurity>0</DocSecurity>
  <Lines>4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/>
  <cp:lastModifiedBy>Janicke Holm Rinnan</cp:lastModifiedBy>
  <cp:revision>1</cp:revision>
  <dcterms:created xsi:type="dcterms:W3CDTF">2025-11-21T10:46:00Z</dcterms:created>
  <dcterms:modified xsi:type="dcterms:W3CDTF">2025-11-23T17:42:00Z</dcterms:modified>
  <cp:category/>
</cp:coreProperties>
</file>